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D1C" w:rsidRPr="00EF5D1C" w:rsidRDefault="00EF5D1C" w:rsidP="00EF5D1C">
      <w:pPr>
        <w:tabs>
          <w:tab w:val="center" w:pos="4680"/>
          <w:tab w:val="right" w:pos="9360"/>
        </w:tabs>
        <w:spacing w:after="0" w:line="100" w:lineRule="atLeast"/>
        <w:rPr>
          <w:rFonts w:cs="Times New Roman"/>
          <w:b/>
          <w:bCs/>
          <w:lang w:val="it-IT"/>
        </w:rPr>
      </w:pPr>
      <w:r w:rsidRPr="00EF5D1C">
        <w:rPr>
          <w:noProof/>
          <w:lang w:val="it-IT" w:eastAsia="it-IT"/>
        </w:rPr>
        <w:drawing>
          <wp:inline distT="0" distB="0" distL="0" distR="0">
            <wp:extent cx="476250" cy="714375"/>
            <wp:effectExtent l="0" t="0" r="0" b="9525"/>
            <wp:docPr id="170224316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D1C">
        <w:rPr>
          <w:rFonts w:ascii="Engravers MT" w:hAnsi="Engravers MT" w:cs="Engravers MT"/>
          <w:lang w:val="it-IT"/>
        </w:rPr>
        <w:t>COMUNE DI CALTANISSETTA</w:t>
      </w:r>
    </w:p>
    <w:p w:rsidR="00EF5D1C" w:rsidRPr="00EF5D1C" w:rsidRDefault="00EF5D1C" w:rsidP="00EF5D1C">
      <w:pPr>
        <w:spacing w:after="0" w:line="100" w:lineRule="atLeast"/>
        <w:rPr>
          <w:rFonts w:ascii="Arial" w:hAnsi="Arial" w:cs="Arial"/>
          <w:sz w:val="16"/>
          <w:lang w:val="it-IT"/>
        </w:rPr>
      </w:pPr>
      <w:r w:rsidRPr="00EF5D1C">
        <w:rPr>
          <w:rFonts w:cs="Times New Roman"/>
          <w:b/>
          <w:bCs/>
          <w:lang w:val="it-IT"/>
        </w:rPr>
        <w:t>Direzione n.5 - Polizia Municipale, Innovazione Tecnologica e Sicurezza Informatica</w:t>
      </w:r>
    </w:p>
    <w:p w:rsidR="00EF5D1C" w:rsidRPr="00EF5D1C" w:rsidRDefault="00EF5D1C" w:rsidP="00EF5D1C">
      <w:pPr>
        <w:spacing w:after="0" w:line="100" w:lineRule="atLeast"/>
        <w:rPr>
          <w:lang w:val="it-IT"/>
        </w:rPr>
      </w:pPr>
      <w:r w:rsidRPr="00EF5D1C">
        <w:rPr>
          <w:rFonts w:ascii="Arial" w:hAnsi="Arial" w:cs="Arial"/>
          <w:sz w:val="16"/>
          <w:lang w:val="it-IT"/>
        </w:rPr>
        <w:t>partita IVA n. 00138480850 – codice fiscale 80001130857</w:t>
      </w:r>
    </w:p>
    <w:p w:rsidR="00E618F6" w:rsidRPr="00EF5D1C" w:rsidRDefault="008F4E70" w:rsidP="00EF5D1C">
      <w:pPr>
        <w:pStyle w:val="Titolo"/>
        <w:jc w:val="center"/>
        <w:rPr>
          <w:lang w:val="it-IT"/>
        </w:rPr>
      </w:pPr>
      <w:r w:rsidRPr="00EF5D1C">
        <w:rPr>
          <w:lang w:val="it-IT"/>
        </w:rPr>
        <w:t>Domanda di partecipazione</w:t>
      </w:r>
    </w:p>
    <w:p w:rsidR="00EF5D1C" w:rsidRDefault="00EF5D1C">
      <w:pPr>
        <w:rPr>
          <w:lang w:val="it-IT"/>
        </w:rPr>
      </w:pP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Candidatura individuale per la nomina di Ispettore</w:t>
      </w:r>
      <w:r w:rsidRPr="00EF5D1C">
        <w:rPr>
          <w:lang w:val="it-IT"/>
        </w:rPr>
        <w:t xml:space="preserve"> Ambientale Comunale Volontario.</w:t>
      </w:r>
    </w:p>
    <w:p w:rsidR="00E618F6" w:rsidRPr="00EF5D1C" w:rsidRDefault="008F4E70" w:rsidP="00EF5D1C">
      <w:pPr>
        <w:pStyle w:val="Titolo1"/>
        <w:jc w:val="both"/>
        <w:rPr>
          <w:lang w:val="it-IT"/>
        </w:rPr>
      </w:pPr>
      <w:r w:rsidRPr="00EF5D1C">
        <w:rPr>
          <w:lang w:val="it-IT"/>
        </w:rPr>
        <w:t>Candidatura individuale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Alla Direzione V – Polizia Municipale del Comune di Caltanissetta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Il/La sottoscritto/a __________________________ nato/a a __________________ il __________, cittadinanza __________________, codice fi</w:t>
      </w:r>
      <w:r w:rsidRPr="00EF5D1C">
        <w:rPr>
          <w:lang w:val="it-IT"/>
        </w:rPr>
        <w:t>scale __________________, residente in __________________________, recapito e-mail/PEC _______________</w:t>
      </w:r>
      <w:r w:rsidR="00EF5D1C">
        <w:rPr>
          <w:lang w:val="it-IT"/>
        </w:rPr>
        <w:t>_______</w:t>
      </w:r>
      <w:r w:rsidRPr="00EF5D1C">
        <w:rPr>
          <w:lang w:val="it-IT"/>
        </w:rPr>
        <w:t>___</w:t>
      </w:r>
      <w:r w:rsidR="00EF5D1C">
        <w:rPr>
          <w:lang w:val="it-IT"/>
        </w:rPr>
        <w:t>_____________________</w:t>
      </w:r>
      <w:r w:rsidRPr="00EF5D1C">
        <w:rPr>
          <w:lang w:val="it-IT"/>
        </w:rPr>
        <w:t>, telefono __________________,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PRESENTA la propria candidatura individuale quale aspirante Ispettore Ambientale Comunale Vo</w:t>
      </w:r>
      <w:r w:rsidRPr="00EF5D1C">
        <w:rPr>
          <w:lang w:val="it-IT"/>
        </w:rPr>
        <w:t>lontario, ai sensi dell’art. 11, comma 2, del Regolamento e dell’avviso approvato con determinazione n. ______ del __________.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Consapevole delle responsabilità previste dagli artt. 75 e 76 del D.P.R. n. 445/2000, ai sensi degli artt. 46 e 47 del medesimo d</w:t>
      </w:r>
      <w:r w:rsidRPr="00EF5D1C">
        <w:rPr>
          <w:lang w:val="it-IT"/>
        </w:rPr>
        <w:t>ecreto, DICHIARA: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1. Di essere cittadino/a italiano/a o di uno Stato dell’Unione europea: __________________; di aver raggiunto la maggiore età e non aver superato settanta anni alla scadenza dell’avviso.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2. Di godere dei diritti civili e politici e non av</w:t>
      </w:r>
      <w:r w:rsidRPr="00EF5D1C">
        <w:rPr>
          <w:lang w:val="it-IT"/>
        </w:rPr>
        <w:t>er subito pene comportanti interdizione dai pubblici uffici. Di non avere procedimenti penali in corso e di non aver riportato condanne penali.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3. Di conoscere il territorio del Comune di Caltanissetta. Esperienze e conoscenze pertinenti: _________________</w:t>
      </w:r>
      <w:r w:rsidRPr="00EF5D1C">
        <w:rPr>
          <w:lang w:val="it-IT"/>
        </w:rPr>
        <w:t>_________. Di possedere il diploma di scuola secondaria di primo grado o titolo riconosciuto equivalente: titolo __________________, istituto __________________, sede __________________, anno __________; eventuale riconoscimento di equivalenza ____________</w:t>
      </w:r>
      <w:r w:rsidRPr="00EF5D1C">
        <w:rPr>
          <w:lang w:val="it-IT"/>
        </w:rPr>
        <w:t>______.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 xml:space="preserve">4. Quanto alla formazione: [ ] possiedo l’attestato di idoneità, rilasciato da __________ il __________, allegato; [ ] presento il titolo alternativo di cui all’art. 11, comma 4, lettera b), rilasciato da __________, allegato e soggetto a verifica </w:t>
      </w:r>
      <w:r w:rsidRPr="00EF5D1C">
        <w:rPr>
          <w:lang w:val="it-IT"/>
        </w:rPr>
        <w:t>delle condizioni associative e convenzionali previste dalla disposizione; [ ] possiedo valido decreto di guardia giurata volontaria, autorità __________ numero __________ scadenza __________, allegato e soggetto a verifica; [ ] chiedo di partecipare al cor</w:t>
      </w:r>
      <w:r w:rsidRPr="00EF5D1C">
        <w:rPr>
          <w:lang w:val="it-IT"/>
        </w:rPr>
        <w:t>so comunale gratuito e mi impegno alla frequenza minima dell’ottanta per cento e alla valutazione finale.</w:t>
      </w:r>
    </w:p>
    <w:p w:rsid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5. Di impegnarmi a documentare, prima della nomina, l’idoneità allo svolgimento dell’attività mediante attestazione di medico abilitato, senza trasmet</w:t>
      </w:r>
      <w:r w:rsidRPr="00EF5D1C">
        <w:rPr>
          <w:lang w:val="it-IT"/>
        </w:rPr>
        <w:t>tere diagnosi o documenti sanitari non richiesti.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6. Di rendermi disponibile ad almeno quattro ore di servizio per ciascuna giornata programmata e ad almeno venti ore mensili, secondo il programma concordato con il Comando.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7. Di accettare il carattere per</w:t>
      </w:r>
      <w:r w:rsidRPr="00EF5D1C">
        <w:rPr>
          <w:lang w:val="it-IT"/>
        </w:rPr>
        <w:t>sonale, spontaneo e gratuito del servizio e l’assenza di rapporto di lavoro col Comune; di essere consapevole che la candidatura, il corso e l’idoneità non danno diritto alla nomina.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8. Di impegnarmi al colloquio regolamentare, al giuramento, alla formazio</w:t>
      </w:r>
      <w:r w:rsidRPr="00EF5D1C">
        <w:rPr>
          <w:lang w:val="it-IT"/>
        </w:rPr>
        <w:t>ne operativa, al rispetto dei programmi, alla riservatezza, all’uso dei segni identificativi e alla restituzione di dotazioni e tesserino alla cessazione dell’incarico.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lastRenderedPageBreak/>
        <w:t>9. Di essere consapevole che l’assicurazione ha oneri a carico del Comune e che l’attiv</w:t>
      </w:r>
      <w:r w:rsidRPr="00EF5D1C">
        <w:rPr>
          <w:lang w:val="it-IT"/>
        </w:rPr>
        <w:t>ità non può iniziare senza copertura; che l’eventuale rimborso riguarda solo spese documentate, pertinenti e autorizzate, nei limiti del successivo atto di Giunta e degli impegni, con esclusione di forfait e compensi.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 xml:space="preserve">10. Di aver letto avviso, Regolamento </w:t>
      </w:r>
      <w:r w:rsidRPr="00EF5D1C">
        <w:rPr>
          <w:lang w:val="it-IT"/>
        </w:rPr>
        <w:t>e informativa privacy e di impegnarmi a comunicare ogni variazione dei requisiti e della disponibilità. Di non aver subito condanna, anche non definitiva, a sanzioni amministrative per violazioni delle norme con finalità di salvaguardia del patrimonio stor</w:t>
      </w:r>
      <w:r w:rsidRPr="00EF5D1C">
        <w:rPr>
          <w:lang w:val="it-IT"/>
        </w:rPr>
        <w:t>ico-culturale, ambientale e naturalistico e relative all’attività faunistico-venatoria. Di non avere rapporti lavorativi con l’azienda di igiene urbana operante sul territorio comunale né altre situazioni dirette o indirette di conflittualità o incompatibi</w:t>
      </w:r>
      <w:r w:rsidRPr="00EF5D1C">
        <w:rPr>
          <w:lang w:val="it-IT"/>
        </w:rPr>
        <w:t>lità.</w:t>
      </w:r>
    </w:p>
    <w:p w:rsidR="00E618F6" w:rsidRPr="00EF5D1C" w:rsidRDefault="008F4E70" w:rsidP="00EF5D1C">
      <w:pPr>
        <w:pStyle w:val="Titolo1"/>
        <w:jc w:val="both"/>
        <w:rPr>
          <w:lang w:val="it-IT"/>
        </w:rPr>
      </w:pPr>
      <w:r w:rsidRPr="00EF5D1C">
        <w:rPr>
          <w:lang w:val="it-IT"/>
        </w:rPr>
        <w:t>Motivazione e allegati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Motivazione e competenze utili:</w:t>
      </w:r>
      <w:r w:rsidRPr="00EF5D1C">
        <w:rPr>
          <w:lang w:val="it-IT"/>
        </w:rPr>
        <w:br/>
        <w:t>__________________________________________________________________________</w:t>
      </w:r>
      <w:r w:rsidRPr="00EF5D1C">
        <w:rPr>
          <w:lang w:val="it-IT"/>
        </w:rPr>
        <w:br/>
        <w:t>__________________________________________________________________________</w:t>
      </w:r>
      <w:r w:rsidRPr="00EF5D1C">
        <w:rPr>
          <w:lang w:val="it-IT"/>
        </w:rPr>
        <w:br/>
        <w:t>_____________________________________________</w:t>
      </w:r>
      <w:r w:rsidRPr="00EF5D1C">
        <w:rPr>
          <w:lang w:val="it-IT"/>
        </w:rPr>
        <w:t>_____________________________</w:t>
      </w:r>
      <w:r w:rsidRPr="00EF5D1C">
        <w:rPr>
          <w:lang w:val="it-IT"/>
        </w:rPr>
        <w:br/>
        <w:t>__________________________________________________________________________</w:t>
      </w:r>
      <w:r w:rsidRPr="00EF5D1C">
        <w:rPr>
          <w:lang w:val="it-IT"/>
        </w:rPr>
        <w:br/>
        <w:t>__________________________________________________________________________</w:t>
      </w:r>
      <w:r w:rsidRPr="00EF5D1C">
        <w:rPr>
          <w:lang w:val="it-IT"/>
        </w:rPr>
        <w:br/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__________________________________________________________________________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Allegati: [ ] documento di identità ove necessario; [ ] curriculum o relazione sulle esperienze; [ ] attestati e titoli dichiarati; [ ] altri documenti __________________.</w:t>
      </w:r>
    </w:p>
    <w:p w:rsidR="00E618F6" w:rsidRPr="00EF5D1C" w:rsidRDefault="008F4E70" w:rsidP="00EF5D1C">
      <w:pPr>
        <w:jc w:val="both"/>
        <w:rPr>
          <w:lang w:val="it-IT"/>
        </w:rPr>
      </w:pPr>
      <w:r w:rsidRPr="00EF5D1C">
        <w:rPr>
          <w:lang w:val="it-IT"/>
        </w:rPr>
        <w:t>Luogo e data __________________ Firma del candidato __________________________</w:t>
      </w:r>
    </w:p>
    <w:sectPr w:rsidR="00E618F6" w:rsidRPr="00EF5D1C" w:rsidSect="00034616">
      <w:footerReference w:type="default" r:id="rId9"/>
      <w:pgSz w:w="12240" w:h="15840"/>
      <w:pgMar w:top="864" w:right="1224" w:bottom="864" w:left="122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E70" w:rsidRDefault="008F4E70">
      <w:pPr>
        <w:spacing w:after="0"/>
      </w:pPr>
      <w:r>
        <w:separator/>
      </w:r>
    </w:p>
  </w:endnote>
  <w:endnote w:type="continuationSeparator" w:id="1">
    <w:p w:rsidR="008F4E70" w:rsidRDefault="008F4E7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F6" w:rsidRDefault="008F4E70">
    <w:pPr>
      <w:pStyle w:val="Pidipagina"/>
      <w:jc w:val="right"/>
    </w:pPr>
    <w:r>
      <w:t xml:space="preserve">Pagina </w:t>
    </w:r>
    <w:r w:rsidR="00D14226">
      <w:fldChar w:fldCharType="begin"/>
    </w:r>
    <w:r>
      <w:instrText>PAGE</w:instrText>
    </w:r>
    <w:r w:rsidR="00D14226">
      <w:fldChar w:fldCharType="separate"/>
    </w:r>
    <w:r w:rsidR="002011D9">
      <w:rPr>
        <w:noProof/>
      </w:rPr>
      <w:t>1</w:t>
    </w:r>
    <w:r w:rsidR="00D14226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E70" w:rsidRDefault="008F4E70">
      <w:pPr>
        <w:spacing w:after="0"/>
      </w:pPr>
      <w:r>
        <w:separator/>
      </w:r>
    </w:p>
  </w:footnote>
  <w:footnote w:type="continuationSeparator" w:id="1">
    <w:p w:rsidR="008F4E70" w:rsidRDefault="008F4E7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0E6903"/>
    <w:rsid w:val="0015074B"/>
    <w:rsid w:val="002011D9"/>
    <w:rsid w:val="0029639D"/>
    <w:rsid w:val="002A3766"/>
    <w:rsid w:val="00326F90"/>
    <w:rsid w:val="00432BB2"/>
    <w:rsid w:val="00616C63"/>
    <w:rsid w:val="0074578D"/>
    <w:rsid w:val="008F4E70"/>
    <w:rsid w:val="00AA1D8D"/>
    <w:rsid w:val="00B47730"/>
    <w:rsid w:val="00BF3382"/>
    <w:rsid w:val="00CB0664"/>
    <w:rsid w:val="00D14226"/>
    <w:rsid w:val="00D34BD9"/>
    <w:rsid w:val="00E0252B"/>
    <w:rsid w:val="00E618F6"/>
    <w:rsid w:val="00EE3251"/>
    <w:rsid w:val="00EF5D1C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693F"/>
    <w:pPr>
      <w:spacing w:after="120" w:line="254" w:lineRule="auto"/>
    </w:pPr>
    <w:rPr>
      <w:rFonts w:ascii="Times New Roman" w:hAnsi="Times New Roman"/>
      <w:color w:val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00" w:after="80"/>
      <w:outlineLvl w:val="0"/>
    </w:pPr>
    <w:rPr>
      <w:b/>
      <w:bCs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80"/>
      <w:outlineLvl w:val="1"/>
    </w:pPr>
    <w:rPr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spacing w:before="200" w:after="80"/>
      <w:contextualSpacing/>
    </w:pPr>
    <w:rPr>
      <w:spacing w:val="5"/>
      <w:kern w:val="28"/>
      <w:sz w:val="3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deltesto">
    <w:name w:val="Body Text"/>
    <w:basedOn w:val="Normale"/>
    <w:link w:val="CorpodeltestoCarattere"/>
    <w:uiPriority w:val="99"/>
    <w:unhideWhenUsed/>
    <w:rsid w:val="00AA1D8D"/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1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11D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4836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Mastrosimone Ilaria</cp:lastModifiedBy>
  <cp:revision>4</cp:revision>
  <dcterms:created xsi:type="dcterms:W3CDTF">2026-10-29T17:47:00Z</dcterms:created>
  <dcterms:modified xsi:type="dcterms:W3CDTF">2026-10-30T10:48:00Z</dcterms:modified>
  <cp:category/>
</cp:coreProperties>
</file>